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584E3" w14:textId="39296604" w:rsidR="006D2237" w:rsidRPr="003C43ED" w:rsidRDefault="003C43ED" w:rsidP="003C43ED">
      <w:pPr>
        <w:tabs>
          <w:tab w:val="left" w:pos="29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B730F" wp14:editId="494FC3EC">
            <wp:extent cx="6210300" cy="7688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237" w:rsidRPr="003C43ED" w:rsidSect="003C43ED">
      <w:pgSz w:w="12240" w:h="15840"/>
      <w:pgMar w:top="1440" w:right="1800" w:bottom="993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18C6"/>
    <w:rsid w:val="0029639D"/>
    <w:rsid w:val="00326F90"/>
    <w:rsid w:val="003C43ED"/>
    <w:rsid w:val="00613B68"/>
    <w:rsid w:val="006D223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77701"/>
  <w14:defaultImageDpi w14:val="300"/>
  <w15:docId w15:val="{5013862C-01A8-4A22-A7EF-5E4D52BC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43887B-07B1-4E70-9D2D-7690A368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1111</cp:lastModifiedBy>
  <cp:revision>4</cp:revision>
  <cp:lastPrinted>2026-01-29T08:43:00Z</cp:lastPrinted>
  <dcterms:created xsi:type="dcterms:W3CDTF">2026-01-28T18:57:00Z</dcterms:created>
  <dcterms:modified xsi:type="dcterms:W3CDTF">2026-01-29T08:46:00Z</dcterms:modified>
  <cp:category/>
</cp:coreProperties>
</file>